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0" w:right="0" w:bottom="0" w:left="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557770" cy="1068959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1902" w:h="16834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