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9040" cy="1069213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4" w:h="16838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9040" cy="1069213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4" w:h="16838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9040" cy="1069213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4" w:h="16838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9040" cy="1069213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4" w:h="16838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9040" cy="1069213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4" w:h="16838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6492240" cy="10693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6934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900" w:h="16840"/>
      <w:pgMar w:top="0" w:right="818" w:bottom="0" w:left="838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