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315200" cy="1040638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63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520" w:h="16387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315200" cy="104152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27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520" w:h="16402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