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10369550" cy="7315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0" cy="7315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6330" w:h="1152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10341610" cy="7315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41610" cy="73152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6286" w:h="11520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