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40" w:lineRule="auto" w:before="0" w:after="0"/>
        <w:ind w:left="0" w:right="0" w:firstLine="0"/>
        <w:jc w:val="center"/>
      </w:pPr>
      <w:r>
        <w:drawing>
          <wp:inline xmlns:a="http://schemas.openxmlformats.org/drawingml/2006/main" xmlns:pic="http://schemas.openxmlformats.org/drawingml/2006/picture">
            <wp:extent cx="7315200" cy="103416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16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1520" w:h="16286"/>
      <w:pgMar w:top="0" w:right="0" w:bottom="0" w:left="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